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78E9" w14:textId="47F7DEC5" w:rsidR="00E83C27" w:rsidRPr="00BF1C00" w:rsidRDefault="006B2F5C">
      <w:pPr>
        <w:jc w:val="center"/>
        <w:rPr>
          <w:rFonts w:ascii="Comic Sans MS" w:hAnsi="Comic Sans MS"/>
          <w:sz w:val="28"/>
          <w:szCs w:val="28"/>
        </w:rPr>
      </w:pPr>
      <w:r w:rsidRPr="00BF1C00">
        <w:rPr>
          <w:rFonts w:ascii="Comic Sans MS" w:hAnsi="Comic Sans MS"/>
          <w:b/>
          <w:sz w:val="28"/>
          <w:szCs w:val="28"/>
        </w:rPr>
        <w:t xml:space="preserve">Year </w:t>
      </w:r>
      <w:r w:rsidR="00BF1C00" w:rsidRPr="00BF1C00">
        <w:rPr>
          <w:rFonts w:ascii="Comic Sans MS" w:hAnsi="Comic Sans MS"/>
          <w:b/>
          <w:sz w:val="28"/>
          <w:szCs w:val="28"/>
        </w:rPr>
        <w:t>6</w:t>
      </w:r>
      <w:r w:rsidRPr="00BF1C00">
        <w:rPr>
          <w:rFonts w:ascii="Comic Sans MS" w:hAnsi="Comic Sans MS"/>
          <w:b/>
          <w:sz w:val="28"/>
          <w:szCs w:val="28"/>
        </w:rPr>
        <w:t xml:space="preserve"> Home Learning Buffet Grid</w:t>
      </w:r>
      <w:r w:rsidR="000E4A9C" w:rsidRPr="00BF1C00">
        <w:rPr>
          <w:rFonts w:ascii="Comic Sans MS" w:hAnsi="Comic Sans MS"/>
          <w:b/>
          <w:sz w:val="28"/>
          <w:szCs w:val="28"/>
        </w:rPr>
        <w:t xml:space="preserve"> – </w:t>
      </w:r>
      <w:r w:rsidR="00BF1C00" w:rsidRPr="00BF1C00">
        <w:rPr>
          <w:rFonts w:ascii="Comic Sans MS" w:hAnsi="Comic Sans MS"/>
          <w:b/>
          <w:sz w:val="28"/>
          <w:szCs w:val="28"/>
        </w:rPr>
        <w:t>Autumn 1</w:t>
      </w:r>
    </w:p>
    <w:p w14:paraId="5D2FDB02" w14:textId="4417836A" w:rsidR="000E4A9C" w:rsidRPr="000E4A9C" w:rsidRDefault="000E4A9C" w:rsidP="000E4A9C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0E4A9C">
        <w:rPr>
          <w:rFonts w:ascii="Comic Sans MS" w:hAnsi="Comic Sans MS"/>
          <w:b/>
          <w:sz w:val="28"/>
          <w:szCs w:val="28"/>
        </w:rPr>
        <w:t xml:space="preserve">Choose </w:t>
      </w:r>
      <w:r w:rsidRPr="000E4A9C">
        <w:rPr>
          <w:rFonts w:ascii="Comic Sans MS" w:hAnsi="Comic Sans MS"/>
          <w:b/>
          <w:sz w:val="28"/>
          <w:szCs w:val="28"/>
          <w:u w:val="single"/>
        </w:rPr>
        <w:t>one</w:t>
      </w:r>
      <w:r w:rsidRPr="000E4A9C">
        <w:rPr>
          <w:rFonts w:ascii="Comic Sans MS" w:hAnsi="Comic Sans MS"/>
          <w:b/>
          <w:sz w:val="28"/>
          <w:szCs w:val="28"/>
        </w:rPr>
        <w:t xml:space="preserve"> activity each week until the end of term! Bring </w:t>
      </w:r>
      <w:r w:rsidR="000A674D">
        <w:rPr>
          <w:rFonts w:ascii="Comic Sans MS" w:hAnsi="Comic Sans MS"/>
          <w:b/>
          <w:sz w:val="28"/>
          <w:szCs w:val="28"/>
        </w:rPr>
        <w:t xml:space="preserve">in </w:t>
      </w:r>
      <w:r w:rsidRPr="000E4A9C">
        <w:rPr>
          <w:rFonts w:ascii="Comic Sans MS" w:hAnsi="Comic Sans MS"/>
          <w:b/>
          <w:sz w:val="28"/>
          <w:szCs w:val="28"/>
        </w:rPr>
        <w:t xml:space="preserve">your work each </w:t>
      </w:r>
      <w:r w:rsidRPr="000E4A9C">
        <w:rPr>
          <w:rFonts w:ascii="Comic Sans MS" w:hAnsi="Comic Sans MS"/>
          <w:b/>
          <w:sz w:val="28"/>
          <w:szCs w:val="28"/>
          <w:u w:val="single"/>
        </w:rPr>
        <w:t>Monday!</w:t>
      </w:r>
    </w:p>
    <w:p w14:paraId="68D4E117" w14:textId="5542ED59" w:rsidR="00E83C27" w:rsidRPr="000A674D" w:rsidRDefault="000A674D" w:rsidP="000A674D">
      <w:pPr>
        <w:pStyle w:val="ListParagraph"/>
        <w:jc w:val="center"/>
        <w:rPr>
          <w:rFonts w:ascii="Comic Sans MS" w:hAnsi="Comic Sans MS"/>
          <w:b/>
          <w:sz w:val="28"/>
          <w:szCs w:val="28"/>
        </w:rPr>
      </w:pPr>
      <w:r w:rsidRPr="000A674D">
        <w:rPr>
          <w:rFonts w:ascii="Comic Sans MS" w:hAnsi="Comic Sans MS"/>
          <w:b/>
          <w:sz w:val="28"/>
          <w:szCs w:val="28"/>
        </w:rPr>
        <w:t>*</w:t>
      </w:r>
      <w:r w:rsidR="000E4A9C" w:rsidRPr="000A674D">
        <w:rPr>
          <w:rFonts w:ascii="Comic Sans MS" w:hAnsi="Comic Sans MS"/>
          <w:b/>
          <w:sz w:val="28"/>
          <w:szCs w:val="28"/>
        </w:rPr>
        <w:t xml:space="preserve">Remember to write the Title, Date and Name on each piece of </w:t>
      </w:r>
      <w:r w:rsidRPr="000A674D">
        <w:rPr>
          <w:rFonts w:ascii="Comic Sans MS" w:hAnsi="Comic Sans MS"/>
          <w:b/>
          <w:sz w:val="28"/>
          <w:szCs w:val="28"/>
        </w:rPr>
        <w:t>work!*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3"/>
        <w:gridCol w:w="4823"/>
        <w:gridCol w:w="4824"/>
      </w:tblGrid>
      <w:tr w:rsidR="00E83C27" w:rsidRPr="000E4A9C" w14:paraId="6EC394EC" w14:textId="77777777">
        <w:tc>
          <w:tcPr>
            <w:tcW w:w="4827" w:type="dxa"/>
            <w:shd w:val="clear" w:color="auto" w:fill="FFF2CC"/>
          </w:tcPr>
          <w:p w14:paraId="17266901" w14:textId="77777777" w:rsidR="00BF1C00" w:rsidRDefault="00BF1C00" w:rsidP="00BF1C00">
            <w:pPr>
              <w:jc w:val="center"/>
              <w:textAlignment w:val="baseline"/>
              <w:rPr>
                <w:rFonts w:ascii="Comic Sans MS" w:eastAsia="Times New Roman" w:hAnsi="Comic Sans MS" w:cstheme="minorHAnsi"/>
                <w:b/>
                <w:bCs/>
                <w:color w:val="242424"/>
                <w:sz w:val="24"/>
                <w:szCs w:val="24"/>
                <w:u w:val="single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b/>
                <w:bCs/>
                <w:color w:val="242424"/>
                <w:sz w:val="24"/>
                <w:szCs w:val="24"/>
                <w:u w:val="single"/>
                <w:lang w:eastAsia="en-GB"/>
              </w:rPr>
              <w:t>Science</w:t>
            </w:r>
          </w:p>
          <w:p w14:paraId="191991F0" w14:textId="77777777" w:rsidR="00BF1C00" w:rsidRPr="00BF1C00" w:rsidRDefault="00BF1C00" w:rsidP="00BF1C00">
            <w:pPr>
              <w:jc w:val="center"/>
              <w:textAlignment w:val="baseline"/>
              <w:rPr>
                <w:rFonts w:ascii="Comic Sans MS" w:eastAsia="Times New Roman" w:hAnsi="Comic Sans MS" w:cstheme="minorHAnsi"/>
                <w:b/>
                <w:bCs/>
                <w:color w:val="242424"/>
                <w:sz w:val="24"/>
                <w:szCs w:val="24"/>
                <w:u w:val="single"/>
                <w:lang w:eastAsia="en-GB"/>
              </w:rPr>
            </w:pPr>
          </w:p>
          <w:p w14:paraId="72E9A548" w14:textId="7B0123E8" w:rsidR="00BF1C00" w:rsidRPr="00BF1C00" w:rsidRDefault="00BF1C00" w:rsidP="00BF1C00">
            <w:pPr>
              <w:jc w:val="center"/>
              <w:textAlignment w:val="baseline"/>
              <w:rPr>
                <w:rFonts w:ascii="Comic Sans MS" w:eastAsia="Times New Roman" w:hAnsi="Comic Sans MS" w:cstheme="minorHAnsi"/>
                <w:sz w:val="24"/>
                <w:szCs w:val="24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  <w:t>Look for living things (like plants, animals or insects) and objects around your house, garden, or while out for a walk. Try to find both big and small things, such as a tree and a flower, or a car and a pebble.</w:t>
            </w:r>
          </w:p>
          <w:p w14:paraId="0876A39C" w14:textId="75CB8825" w:rsidR="00BF1C00" w:rsidRPr="00BF1C00" w:rsidRDefault="00BF1C00" w:rsidP="00BF1C00">
            <w:pPr>
              <w:jc w:val="center"/>
              <w:textAlignment w:val="baseline"/>
              <w:rPr>
                <w:rFonts w:ascii="Comic Sans MS" w:eastAsia="Times New Roman" w:hAnsi="Comic Sans MS" w:cstheme="minorHAnsi"/>
                <w:sz w:val="24"/>
                <w:szCs w:val="24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  <w:t>For each thing you find, fill in a table with:</w:t>
            </w:r>
          </w:p>
          <w:p w14:paraId="4A6F533D" w14:textId="1C32DFDD" w:rsidR="00BF1C00" w:rsidRPr="00BF1C00" w:rsidRDefault="00BF1C00" w:rsidP="00BF1C00">
            <w:pPr>
              <w:numPr>
                <w:ilvl w:val="0"/>
                <w:numId w:val="12"/>
              </w:numPr>
              <w:ind w:left="360" w:firstLine="0"/>
              <w:jc w:val="center"/>
              <w:textAlignment w:val="baseline"/>
              <w:rPr>
                <w:rFonts w:ascii="Comic Sans MS" w:eastAsia="Times New Roman" w:hAnsi="Comic Sans MS" w:cstheme="minorHAnsi"/>
                <w:sz w:val="24"/>
                <w:szCs w:val="24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  <w:t>the name</w:t>
            </w:r>
          </w:p>
          <w:p w14:paraId="2BD93483" w14:textId="66C2F4D4" w:rsidR="00BF1C00" w:rsidRPr="00BF1C00" w:rsidRDefault="00BF1C00" w:rsidP="00BF1C00">
            <w:pPr>
              <w:numPr>
                <w:ilvl w:val="0"/>
                <w:numId w:val="13"/>
              </w:numPr>
              <w:ind w:left="360" w:firstLine="0"/>
              <w:jc w:val="center"/>
              <w:textAlignment w:val="baseline"/>
              <w:rPr>
                <w:rFonts w:ascii="Comic Sans MS" w:eastAsia="Times New Roman" w:hAnsi="Comic Sans MS" w:cstheme="minorHAnsi"/>
                <w:sz w:val="24"/>
                <w:szCs w:val="24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  <w:t>if it’s big or small</w:t>
            </w:r>
          </w:p>
          <w:p w14:paraId="46C047E7" w14:textId="60375729" w:rsidR="00BF1C00" w:rsidRPr="00BF1C00" w:rsidRDefault="00BF1C00" w:rsidP="00BF1C00">
            <w:pPr>
              <w:numPr>
                <w:ilvl w:val="0"/>
                <w:numId w:val="14"/>
              </w:numPr>
              <w:ind w:left="360" w:firstLine="0"/>
              <w:jc w:val="center"/>
              <w:textAlignment w:val="baseline"/>
              <w:rPr>
                <w:rFonts w:ascii="Comic Sans MS" w:eastAsia="Times New Roman" w:hAnsi="Comic Sans MS" w:cstheme="minorHAnsi"/>
                <w:sz w:val="24"/>
                <w:szCs w:val="24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  <w:t>what type it is (animal, plant, or object)</w:t>
            </w:r>
          </w:p>
          <w:p w14:paraId="5993393D" w14:textId="46179A2F" w:rsidR="00BF1C00" w:rsidRPr="00BF1C00" w:rsidRDefault="00BF1C00" w:rsidP="00BF1C00">
            <w:pPr>
              <w:jc w:val="center"/>
              <w:textAlignment w:val="baseline"/>
              <w:rPr>
                <w:rFonts w:ascii="Comic Sans MS" w:eastAsia="Times New Roman" w:hAnsi="Comic Sans MS" w:cstheme="minorHAnsi"/>
                <w:sz w:val="24"/>
                <w:szCs w:val="24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  <w:t>Draw or take a photo of at least one big and one small thing from your list.</w:t>
            </w:r>
          </w:p>
          <w:p w14:paraId="34080F26" w14:textId="676029F7" w:rsidR="00E83C27" w:rsidRPr="00BF1C00" w:rsidRDefault="00E83C27" w:rsidP="00BF1C00">
            <w:pPr>
              <w:spacing w:before="80"/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827" w:type="dxa"/>
            <w:shd w:val="clear" w:color="auto" w:fill="E2F0D9"/>
          </w:tcPr>
          <w:p w14:paraId="267A11F6" w14:textId="1282D232" w:rsidR="00BF1C00" w:rsidRDefault="00BF1C00" w:rsidP="00BF1C00">
            <w:pPr>
              <w:spacing w:before="80"/>
              <w:jc w:val="center"/>
              <w:rPr>
                <w:rStyle w:val="Strong"/>
                <w:rFonts w:ascii="Comic Sans MS" w:hAnsi="Comic Sans MS" w:cs="Arial"/>
                <w:color w:val="242424"/>
                <w:sz w:val="24"/>
                <w:szCs w:val="24"/>
                <w:u w:val="single"/>
              </w:rPr>
            </w:pPr>
            <w:r w:rsidRPr="00BF1C00">
              <w:rPr>
                <w:rStyle w:val="Strong"/>
                <w:rFonts w:ascii="Comic Sans MS" w:hAnsi="Comic Sans MS" w:cs="Arial"/>
                <w:color w:val="242424"/>
                <w:sz w:val="24"/>
                <w:szCs w:val="24"/>
                <w:u w:val="single"/>
              </w:rPr>
              <w:t>Maths</w:t>
            </w:r>
          </w:p>
          <w:p w14:paraId="605F3AAD" w14:textId="77777777" w:rsidR="00BF1C00" w:rsidRPr="00BF1C00" w:rsidRDefault="00BF1C00" w:rsidP="00BF1C00">
            <w:pPr>
              <w:spacing w:before="80"/>
              <w:jc w:val="center"/>
              <w:rPr>
                <w:rStyle w:val="Strong"/>
                <w:rFonts w:ascii="Comic Sans MS" w:hAnsi="Comic Sans MS" w:cs="Arial"/>
                <w:color w:val="242424"/>
                <w:sz w:val="24"/>
                <w:szCs w:val="24"/>
              </w:rPr>
            </w:pPr>
            <w:r w:rsidRPr="00BF1C00">
              <w:rPr>
                <w:rStyle w:val="Strong"/>
                <w:rFonts w:ascii="Comic Sans MS" w:hAnsi="Comic Sans MS" w:cs="Arial"/>
                <w:color w:val="242424"/>
                <w:sz w:val="24"/>
                <w:szCs w:val="24"/>
              </w:rPr>
              <w:t>Place Value Mystery Poster!</w:t>
            </w:r>
          </w:p>
          <w:p w14:paraId="2BAC4280" w14:textId="340FE209" w:rsidR="00E83C27" w:rsidRPr="00BF1C00" w:rsidRDefault="00BF1C00" w:rsidP="00BF1C00">
            <w:pPr>
              <w:spacing w:before="8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F1C00">
              <w:rPr>
                <w:rFonts w:ascii="Comic Sans MS" w:hAnsi="Comic Sans MS" w:cs="Arial"/>
                <w:color w:val="242424"/>
                <w:sz w:val="24"/>
                <w:szCs w:val="24"/>
              </w:rPr>
              <w:br/>
              <w:t>Make up a 7-digit number. Show the value of each digit, write it in words, and round it to the nearest 10, 100, 1,000, and 10,000. Write 3 clues about your number and show it in a different way (e.g. expanded form, in a calculation, or on a number line). Decorate your poster!</w:t>
            </w:r>
          </w:p>
        </w:tc>
        <w:tc>
          <w:tcPr>
            <w:tcW w:w="4827" w:type="dxa"/>
            <w:shd w:val="clear" w:color="auto" w:fill="D9E1F2"/>
          </w:tcPr>
          <w:p w14:paraId="2233AA93" w14:textId="77777777" w:rsidR="00BF1C00" w:rsidRDefault="00BF1C00" w:rsidP="00BF1C00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u w:val="single"/>
              </w:rPr>
            </w:pPr>
            <w:r w:rsidRPr="00BF1C00">
              <w:rPr>
                <w:rFonts w:ascii="Comic Sans MS" w:hAnsi="Comic Sans MS" w:cstheme="minorHAnsi"/>
                <w:b/>
                <w:sz w:val="24"/>
                <w:szCs w:val="24"/>
                <w:u w:val="single"/>
              </w:rPr>
              <w:t>RE</w:t>
            </w:r>
          </w:p>
          <w:p w14:paraId="78D002C0" w14:textId="77777777" w:rsidR="00BF1C00" w:rsidRPr="00BF1C00" w:rsidRDefault="00BF1C00" w:rsidP="00BF1C00">
            <w:pPr>
              <w:jc w:val="center"/>
              <w:rPr>
                <w:rFonts w:ascii="Comic Sans MS" w:hAnsi="Comic Sans MS" w:cstheme="minorHAnsi"/>
                <w:b/>
                <w:sz w:val="24"/>
                <w:szCs w:val="24"/>
                <w:u w:val="single"/>
              </w:rPr>
            </w:pPr>
          </w:p>
          <w:p w14:paraId="33238306" w14:textId="77777777" w:rsidR="00BF1C00" w:rsidRPr="00BF1C00" w:rsidRDefault="00BF1C00" w:rsidP="00BF1C00">
            <w:pPr>
              <w:pStyle w:val="NormalWeb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color w:val="242424"/>
              </w:rPr>
            </w:pPr>
            <w:r w:rsidRPr="00BF1C00">
              <w:rPr>
                <w:rFonts w:ascii="Comic Sans MS" w:hAnsi="Comic Sans MS" w:cstheme="minorHAnsi"/>
                <w:color w:val="242424"/>
              </w:rPr>
              <w:t>Design your own badge or medal that represents commitment to something you’re passionate about. Make your badge colourful and creative and include the following:  Under your design, write 5-6 sentences explaining:</w:t>
            </w:r>
          </w:p>
          <w:p w14:paraId="74664ACD" w14:textId="77777777" w:rsidR="00BF1C00" w:rsidRPr="00BF1C00" w:rsidRDefault="00BF1C00" w:rsidP="00BF1C00">
            <w:pPr>
              <w:numPr>
                <w:ilvl w:val="0"/>
                <w:numId w:val="17"/>
              </w:numPr>
              <w:jc w:val="center"/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  <w:t>What your badge or medal means</w:t>
            </w:r>
          </w:p>
          <w:p w14:paraId="6990B02D" w14:textId="1350A192" w:rsidR="000E4A9C" w:rsidRPr="00BF1C00" w:rsidRDefault="00BF1C00" w:rsidP="00BF1C00">
            <w:pPr>
              <w:pStyle w:val="ListParagraph"/>
              <w:numPr>
                <w:ilvl w:val="0"/>
                <w:numId w:val="17"/>
              </w:numPr>
              <w:spacing w:before="8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F1C00">
              <w:rPr>
                <w:rFonts w:ascii="Comic Sans MS" w:eastAsia="Times New Roman" w:hAnsi="Comic Sans MS" w:cstheme="minorHAnsi"/>
                <w:color w:val="242424"/>
                <w:sz w:val="24"/>
                <w:szCs w:val="24"/>
                <w:lang w:eastAsia="en-GB"/>
              </w:rPr>
              <w:t>How it shows commitment</w:t>
            </w:r>
          </w:p>
        </w:tc>
      </w:tr>
      <w:tr w:rsidR="00E83C27" w:rsidRPr="000E4A9C" w14:paraId="5C490891" w14:textId="77777777">
        <w:tc>
          <w:tcPr>
            <w:tcW w:w="4827" w:type="dxa"/>
            <w:shd w:val="clear" w:color="auto" w:fill="FCE4D6"/>
          </w:tcPr>
          <w:p w14:paraId="6A38811B" w14:textId="77777777" w:rsidR="00BF1C00" w:rsidRPr="00BF1C00" w:rsidRDefault="00BF1C00" w:rsidP="00BF1C00">
            <w:pPr>
              <w:jc w:val="center"/>
              <w:textAlignment w:val="baseline"/>
              <w:rPr>
                <w:rFonts w:ascii="Comic Sans MS" w:eastAsia="Times New Roman" w:hAnsi="Comic Sans MS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b/>
                <w:bCs/>
                <w:sz w:val="24"/>
                <w:szCs w:val="24"/>
                <w:u w:val="single"/>
                <w:lang w:eastAsia="en-GB"/>
              </w:rPr>
              <w:t>PE</w:t>
            </w:r>
          </w:p>
          <w:p w14:paraId="19691FAE" w14:textId="77777777" w:rsidR="00BF1C00" w:rsidRPr="00BF1C00" w:rsidRDefault="00BF1C00" w:rsidP="00BF1C00">
            <w:pPr>
              <w:pStyle w:val="ListParagraph"/>
              <w:numPr>
                <w:ilvl w:val="0"/>
                <w:numId w:val="18"/>
              </w:numPr>
              <w:spacing w:before="80"/>
              <w:jc w:val="center"/>
              <w:rPr>
                <w:rFonts w:ascii="Comic Sans MS" w:hAnsi="Comic Sans MS" w:cs="Arial"/>
                <w:color w:val="242424"/>
                <w:sz w:val="24"/>
                <w:szCs w:val="24"/>
              </w:rPr>
            </w:pPr>
            <w:r w:rsidRPr="00BF1C00">
              <w:rPr>
                <w:rStyle w:val="Strong"/>
                <w:rFonts w:ascii="Comic Sans MS" w:hAnsi="Comic Sans MS" w:cs="Arial"/>
                <w:color w:val="242424"/>
                <w:sz w:val="24"/>
                <w:szCs w:val="24"/>
              </w:rPr>
              <w:t>Design Your Own Rugby Team!</w:t>
            </w:r>
            <w:r w:rsidRPr="00BF1C00">
              <w:rPr>
                <w:rFonts w:ascii="Comic Sans MS" w:hAnsi="Comic Sans MS" w:cs="Arial"/>
                <w:color w:val="242424"/>
                <w:sz w:val="24"/>
                <w:szCs w:val="24"/>
              </w:rPr>
              <w:br/>
              <w:t>Create a team name, draw a logo and kit, and list 3 team values.</w:t>
            </w:r>
          </w:p>
          <w:p w14:paraId="079B602A" w14:textId="3FC688D4" w:rsidR="00BF1C00" w:rsidRPr="00BF1C00" w:rsidRDefault="00BF1C00" w:rsidP="00BF1C00">
            <w:pPr>
              <w:pStyle w:val="ListParagraph"/>
              <w:numPr>
                <w:ilvl w:val="0"/>
                <w:numId w:val="18"/>
              </w:numPr>
              <w:spacing w:before="80"/>
              <w:jc w:val="center"/>
              <w:rPr>
                <w:rFonts w:ascii="Comic Sans MS" w:hAnsi="Comic Sans MS" w:cs="Arial"/>
                <w:color w:val="242424"/>
                <w:sz w:val="24"/>
                <w:szCs w:val="24"/>
              </w:rPr>
            </w:pPr>
            <w:r w:rsidRPr="00BF1C00">
              <w:rPr>
                <w:rFonts w:ascii="Comic Sans MS" w:hAnsi="Comic Sans MS" w:cs="Arial"/>
                <w:color w:val="242424"/>
                <w:sz w:val="24"/>
                <w:szCs w:val="24"/>
              </w:rPr>
              <w:t>Invent a star player with a special skill.</w:t>
            </w:r>
          </w:p>
          <w:p w14:paraId="6F783BF9" w14:textId="6C189F12" w:rsidR="00E83C27" w:rsidRPr="00BF1C00" w:rsidRDefault="00BF1C00" w:rsidP="00BF1C00">
            <w:pPr>
              <w:pStyle w:val="ListParagraph"/>
              <w:numPr>
                <w:ilvl w:val="0"/>
                <w:numId w:val="18"/>
              </w:numPr>
              <w:spacing w:before="80"/>
              <w:jc w:val="center"/>
              <w:rPr>
                <w:rFonts w:ascii="Comic Sans MS" w:hAnsi="Comic Sans MS" w:cs="Arial"/>
                <w:color w:val="242424"/>
                <w:sz w:val="24"/>
                <w:szCs w:val="24"/>
              </w:rPr>
            </w:pPr>
            <w:r w:rsidRPr="00BF1C00">
              <w:rPr>
                <w:rFonts w:ascii="Comic Sans MS" w:hAnsi="Comic Sans MS" w:cs="Arial"/>
                <w:color w:val="242424"/>
                <w:sz w:val="24"/>
                <w:szCs w:val="24"/>
              </w:rPr>
              <w:t>Put your ideas on a colourful poster!</w:t>
            </w:r>
          </w:p>
        </w:tc>
        <w:tc>
          <w:tcPr>
            <w:tcW w:w="4827" w:type="dxa"/>
            <w:shd w:val="clear" w:color="auto" w:fill="E7E6E6"/>
          </w:tcPr>
          <w:p w14:paraId="79F07DC3" w14:textId="1A159A07" w:rsidR="00BF1C00" w:rsidRPr="00BF1C00" w:rsidRDefault="00BF1C00" w:rsidP="00BF1C00">
            <w:pPr>
              <w:jc w:val="center"/>
              <w:textAlignment w:val="baseline"/>
              <w:rPr>
                <w:rFonts w:ascii="Comic Sans MS" w:eastAsia="Times New Roman" w:hAnsi="Comic Sans MS" w:cstheme="minorHAns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BF1C00">
              <w:rPr>
                <w:rFonts w:ascii="Comic Sans MS" w:eastAsia="Times New Roman" w:hAnsi="Comic Sans MS" w:cstheme="minorHAnsi"/>
                <w:b/>
                <w:bCs/>
                <w:sz w:val="24"/>
                <w:szCs w:val="24"/>
                <w:u w:val="single"/>
                <w:lang w:eastAsia="en-GB"/>
              </w:rPr>
              <w:t>Art</w:t>
            </w:r>
          </w:p>
          <w:p w14:paraId="164D6DEC" w14:textId="77777777" w:rsidR="00BF1C00" w:rsidRPr="00BF1C00" w:rsidRDefault="00BF1C00" w:rsidP="00BF1C00">
            <w:pPr>
              <w:jc w:val="center"/>
              <w:textAlignment w:val="baseline"/>
              <w:rPr>
                <w:rStyle w:val="Strong"/>
                <w:rFonts w:ascii="Comic Sans MS" w:hAnsi="Comic Sans MS" w:cs="Arial"/>
                <w:color w:val="242424"/>
                <w:sz w:val="24"/>
                <w:szCs w:val="24"/>
              </w:rPr>
            </w:pPr>
            <w:r w:rsidRPr="00BF1C00">
              <w:rPr>
                <w:rStyle w:val="Strong"/>
                <w:rFonts w:ascii="Comic Sans MS" w:hAnsi="Comic Sans MS" w:cs="Arial"/>
                <w:color w:val="242424"/>
                <w:sz w:val="24"/>
                <w:szCs w:val="24"/>
              </w:rPr>
              <w:t>Design Your Own Street Art!</w:t>
            </w:r>
          </w:p>
          <w:p w14:paraId="337EC1AA" w14:textId="77777777" w:rsidR="00BF1C00" w:rsidRPr="00BF1C00" w:rsidRDefault="00BF1C00" w:rsidP="00BF1C00">
            <w:pPr>
              <w:jc w:val="center"/>
              <w:textAlignment w:val="baseline"/>
              <w:rPr>
                <w:rFonts w:ascii="Comic Sans MS" w:hAnsi="Comic Sans MS" w:cs="Arial"/>
                <w:color w:val="242424"/>
                <w:sz w:val="24"/>
                <w:szCs w:val="24"/>
              </w:rPr>
            </w:pPr>
            <w:r w:rsidRPr="00BF1C00">
              <w:rPr>
                <w:rFonts w:ascii="Comic Sans MS" w:hAnsi="Comic Sans MS" w:cs="Arial"/>
                <w:color w:val="242424"/>
                <w:sz w:val="24"/>
                <w:szCs w:val="24"/>
              </w:rPr>
              <w:br/>
              <w:t>Create a colourful street art design with a positive message, designed to brighten up your local community.</w:t>
            </w:r>
          </w:p>
          <w:p w14:paraId="20D862D0" w14:textId="77777777" w:rsidR="00BF1C00" w:rsidRPr="00BF1C00" w:rsidRDefault="00BF1C00" w:rsidP="00BF1C00">
            <w:pPr>
              <w:jc w:val="center"/>
              <w:textAlignment w:val="baseline"/>
              <w:rPr>
                <w:rFonts w:ascii="Comic Sans MS" w:hAnsi="Comic Sans MS" w:cs="Arial"/>
                <w:color w:val="242424"/>
                <w:sz w:val="24"/>
                <w:szCs w:val="24"/>
              </w:rPr>
            </w:pPr>
          </w:p>
          <w:p w14:paraId="3E90D2C4" w14:textId="2853870D" w:rsidR="00E83C27" w:rsidRPr="00BF1C00" w:rsidRDefault="00BF1C00" w:rsidP="00BF1C00">
            <w:pPr>
              <w:spacing w:before="8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F1C00">
              <w:rPr>
                <w:rFonts w:ascii="Comic Sans MS" w:hAnsi="Comic Sans MS" w:cs="Arial"/>
                <w:color w:val="242424"/>
                <w:sz w:val="24"/>
                <w:szCs w:val="24"/>
              </w:rPr>
              <w:t>Give it a title and write 5-6 sentences explaining your idea</w:t>
            </w:r>
          </w:p>
        </w:tc>
        <w:tc>
          <w:tcPr>
            <w:tcW w:w="4827" w:type="dxa"/>
            <w:shd w:val="clear" w:color="auto" w:fill="F8CBAD"/>
          </w:tcPr>
          <w:p w14:paraId="3E0087DB" w14:textId="77777777" w:rsidR="00E83C27" w:rsidRPr="00BF1C00" w:rsidRDefault="00BF1C00" w:rsidP="00BF1C00">
            <w:pPr>
              <w:spacing w:before="80"/>
              <w:jc w:val="center"/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</w:pPr>
            <w:r w:rsidRPr="00BF1C00">
              <w:rPr>
                <w:rFonts w:ascii="Comic Sans MS" w:hAnsi="Comic Sans MS"/>
                <w:b/>
                <w:bCs/>
                <w:sz w:val="24"/>
                <w:szCs w:val="24"/>
                <w:u w:val="single"/>
              </w:rPr>
              <w:t>PSHE</w:t>
            </w:r>
          </w:p>
          <w:p w14:paraId="74D9A2D7" w14:textId="560F79F8" w:rsidR="00BF1C00" w:rsidRPr="00BF1C00" w:rsidRDefault="00BF1C00" w:rsidP="00BF1C00">
            <w:pPr>
              <w:spacing w:before="80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F1C00">
              <w:rPr>
                <w:rFonts w:ascii="Comic Sans MS" w:hAnsi="Comic Sans MS"/>
                <w:sz w:val="24"/>
                <w:szCs w:val="24"/>
              </w:rPr>
              <w:t>Design a poster or a comic strip showing a short story about Friendship.</w:t>
            </w:r>
          </w:p>
        </w:tc>
      </w:tr>
    </w:tbl>
    <w:p w14:paraId="78DA8341" w14:textId="77777777" w:rsidR="006B2F5C" w:rsidRPr="000E4A9C" w:rsidRDefault="006B2F5C">
      <w:pPr>
        <w:rPr>
          <w:sz w:val="28"/>
          <w:szCs w:val="28"/>
        </w:rPr>
      </w:pPr>
    </w:p>
    <w:sectPr w:rsidR="006B2F5C" w:rsidRPr="000E4A9C" w:rsidSect="00034616">
      <w:pgSz w:w="15840" w:h="12240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C758C2"/>
    <w:multiLevelType w:val="multilevel"/>
    <w:tmpl w:val="CC8CB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F2383A"/>
    <w:multiLevelType w:val="multilevel"/>
    <w:tmpl w:val="7690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CF6D88"/>
    <w:multiLevelType w:val="hybridMultilevel"/>
    <w:tmpl w:val="9C18CB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A77288"/>
    <w:multiLevelType w:val="hybridMultilevel"/>
    <w:tmpl w:val="370AE3F8"/>
    <w:lvl w:ilvl="0" w:tplc="33B6579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F6E22"/>
    <w:multiLevelType w:val="multilevel"/>
    <w:tmpl w:val="DEB8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F74B63"/>
    <w:multiLevelType w:val="hybridMultilevel"/>
    <w:tmpl w:val="B2805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66607"/>
    <w:multiLevelType w:val="multilevel"/>
    <w:tmpl w:val="ACB8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E81980"/>
    <w:multiLevelType w:val="hybridMultilevel"/>
    <w:tmpl w:val="E1BA2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069CA"/>
    <w:multiLevelType w:val="multilevel"/>
    <w:tmpl w:val="5C0C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3477227">
    <w:abstractNumId w:val="8"/>
  </w:num>
  <w:num w:numId="2" w16cid:durableId="614872042">
    <w:abstractNumId w:val="6"/>
  </w:num>
  <w:num w:numId="3" w16cid:durableId="1072898213">
    <w:abstractNumId w:val="5"/>
  </w:num>
  <w:num w:numId="4" w16cid:durableId="645819978">
    <w:abstractNumId w:val="4"/>
  </w:num>
  <w:num w:numId="5" w16cid:durableId="1456101791">
    <w:abstractNumId w:val="7"/>
  </w:num>
  <w:num w:numId="6" w16cid:durableId="276182731">
    <w:abstractNumId w:val="3"/>
  </w:num>
  <w:num w:numId="7" w16cid:durableId="313729388">
    <w:abstractNumId w:val="2"/>
  </w:num>
  <w:num w:numId="8" w16cid:durableId="210851868">
    <w:abstractNumId w:val="1"/>
  </w:num>
  <w:num w:numId="9" w16cid:durableId="807821949">
    <w:abstractNumId w:val="0"/>
  </w:num>
  <w:num w:numId="10" w16cid:durableId="1712798491">
    <w:abstractNumId w:val="9"/>
  </w:num>
  <w:num w:numId="11" w16cid:durableId="1937857088">
    <w:abstractNumId w:val="12"/>
  </w:num>
  <w:num w:numId="12" w16cid:durableId="243222118">
    <w:abstractNumId w:val="10"/>
  </w:num>
  <w:num w:numId="13" w16cid:durableId="1579287369">
    <w:abstractNumId w:val="17"/>
  </w:num>
  <w:num w:numId="14" w16cid:durableId="1322810372">
    <w:abstractNumId w:val="15"/>
  </w:num>
  <w:num w:numId="15" w16cid:durableId="530144733">
    <w:abstractNumId w:val="13"/>
  </w:num>
  <w:num w:numId="16" w16cid:durableId="2027293989">
    <w:abstractNumId w:val="16"/>
  </w:num>
  <w:num w:numId="17" w16cid:durableId="2125614917">
    <w:abstractNumId w:val="11"/>
  </w:num>
  <w:num w:numId="18" w16cid:durableId="3572009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74D"/>
    <w:rsid w:val="000B4FC7"/>
    <w:rsid w:val="000E4A9C"/>
    <w:rsid w:val="0015074B"/>
    <w:rsid w:val="0029639D"/>
    <w:rsid w:val="00326F90"/>
    <w:rsid w:val="004D4777"/>
    <w:rsid w:val="006B2F5C"/>
    <w:rsid w:val="00AA1D8D"/>
    <w:rsid w:val="00B47730"/>
    <w:rsid w:val="00BF1C00"/>
    <w:rsid w:val="00C43D0B"/>
    <w:rsid w:val="00C662FC"/>
    <w:rsid w:val="00CB0664"/>
    <w:rsid w:val="00E83C27"/>
    <w:rsid w:val="00F9764D"/>
    <w:rsid w:val="00FC693F"/>
    <w:rsid w:val="00FD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BA98B"/>
  <w14:defaultImageDpi w14:val="300"/>
  <w15:docId w15:val="{B36F0E7B-3616-42F5-AB7E-B99F1D70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F1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Mrs K. Ryker</cp:lastModifiedBy>
  <cp:revision>4</cp:revision>
  <cp:lastPrinted>2026-09-04T17:22:00Z</cp:lastPrinted>
  <dcterms:created xsi:type="dcterms:W3CDTF">2026-09-03T16:55:00Z</dcterms:created>
  <dcterms:modified xsi:type="dcterms:W3CDTF">2026-09-04T17:24:00Z</dcterms:modified>
  <cp:category/>
</cp:coreProperties>
</file>