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78E9" w14:textId="70073368" w:rsidR="00E83C27" w:rsidRPr="000E4A9C" w:rsidRDefault="006B2F5C">
      <w:pPr>
        <w:jc w:val="center"/>
        <w:rPr>
          <w:rFonts w:ascii="Comic Sans MS" w:hAnsi="Comic Sans MS"/>
        </w:rPr>
      </w:pPr>
      <w:r w:rsidRPr="000E4A9C">
        <w:rPr>
          <w:rFonts w:ascii="Comic Sans MS" w:hAnsi="Comic Sans MS"/>
          <w:b/>
          <w:sz w:val="40"/>
        </w:rPr>
        <w:t>Year 3 Home Learning Buffet Grid</w:t>
      </w:r>
      <w:r w:rsidR="000E4A9C">
        <w:rPr>
          <w:rFonts w:ascii="Comic Sans MS" w:hAnsi="Comic Sans MS"/>
          <w:b/>
          <w:sz w:val="40"/>
        </w:rPr>
        <w:t xml:space="preserve"> – Summer 2</w:t>
      </w:r>
    </w:p>
    <w:p w14:paraId="5D2FDB02" w14:textId="4417836A" w:rsidR="000E4A9C" w:rsidRPr="000E4A9C" w:rsidRDefault="000E4A9C" w:rsidP="000E4A9C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0E4A9C">
        <w:rPr>
          <w:rFonts w:ascii="Comic Sans MS" w:hAnsi="Comic Sans MS"/>
          <w:b/>
          <w:sz w:val="28"/>
          <w:szCs w:val="28"/>
        </w:rPr>
        <w:t xml:space="preserve">Choose </w:t>
      </w:r>
      <w:r w:rsidRPr="000E4A9C">
        <w:rPr>
          <w:rFonts w:ascii="Comic Sans MS" w:hAnsi="Comic Sans MS"/>
          <w:b/>
          <w:sz w:val="28"/>
          <w:szCs w:val="28"/>
          <w:u w:val="single"/>
        </w:rPr>
        <w:t>one</w:t>
      </w:r>
      <w:r w:rsidRPr="000E4A9C">
        <w:rPr>
          <w:rFonts w:ascii="Comic Sans MS" w:hAnsi="Comic Sans MS"/>
          <w:b/>
          <w:sz w:val="28"/>
          <w:szCs w:val="28"/>
        </w:rPr>
        <w:t xml:space="preserve"> activity each week until the end of term! Bring </w:t>
      </w:r>
      <w:r w:rsidR="000A674D">
        <w:rPr>
          <w:rFonts w:ascii="Comic Sans MS" w:hAnsi="Comic Sans MS"/>
          <w:b/>
          <w:sz w:val="28"/>
          <w:szCs w:val="28"/>
        </w:rPr>
        <w:t xml:space="preserve">in </w:t>
      </w:r>
      <w:r w:rsidRPr="000E4A9C">
        <w:rPr>
          <w:rFonts w:ascii="Comic Sans MS" w:hAnsi="Comic Sans MS"/>
          <w:b/>
          <w:sz w:val="28"/>
          <w:szCs w:val="28"/>
        </w:rPr>
        <w:t xml:space="preserve">your work each </w:t>
      </w:r>
      <w:r w:rsidRPr="000E4A9C">
        <w:rPr>
          <w:rFonts w:ascii="Comic Sans MS" w:hAnsi="Comic Sans MS"/>
          <w:b/>
          <w:sz w:val="28"/>
          <w:szCs w:val="28"/>
          <w:u w:val="single"/>
        </w:rPr>
        <w:t>Monday!</w:t>
      </w:r>
    </w:p>
    <w:p w14:paraId="68D4E117" w14:textId="5542ED59" w:rsidR="00E83C27" w:rsidRPr="000A674D" w:rsidRDefault="000A674D" w:rsidP="000A674D">
      <w:pPr>
        <w:pStyle w:val="ListParagraph"/>
        <w:jc w:val="center"/>
        <w:rPr>
          <w:rFonts w:ascii="Comic Sans MS" w:hAnsi="Comic Sans MS"/>
          <w:b/>
          <w:sz w:val="28"/>
          <w:szCs w:val="28"/>
        </w:rPr>
      </w:pPr>
      <w:r w:rsidRPr="000A674D">
        <w:rPr>
          <w:rFonts w:ascii="Comic Sans MS" w:hAnsi="Comic Sans MS"/>
          <w:b/>
          <w:sz w:val="28"/>
          <w:szCs w:val="28"/>
        </w:rPr>
        <w:t>*</w:t>
      </w:r>
      <w:r w:rsidR="000E4A9C" w:rsidRPr="000A674D">
        <w:rPr>
          <w:rFonts w:ascii="Comic Sans MS" w:hAnsi="Comic Sans MS"/>
          <w:b/>
          <w:sz w:val="28"/>
          <w:szCs w:val="28"/>
        </w:rPr>
        <w:t xml:space="preserve">Remember to write the Title, Date and Name on each piece of </w:t>
      </w:r>
      <w:r w:rsidRPr="000A674D">
        <w:rPr>
          <w:rFonts w:ascii="Comic Sans MS" w:hAnsi="Comic Sans MS"/>
          <w:b/>
          <w:sz w:val="28"/>
          <w:szCs w:val="28"/>
        </w:rPr>
        <w:t>work!*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3"/>
        <w:gridCol w:w="4823"/>
        <w:gridCol w:w="4824"/>
      </w:tblGrid>
      <w:tr w:rsidR="00E83C27" w:rsidRPr="000E4A9C" w14:paraId="6EC394EC" w14:textId="77777777">
        <w:tc>
          <w:tcPr>
            <w:tcW w:w="4827" w:type="dxa"/>
            <w:shd w:val="clear" w:color="auto" w:fill="FFF2CC"/>
          </w:tcPr>
          <w:p w14:paraId="49CC0C7E" w14:textId="77777777" w:rsidR="00E83C27" w:rsidRPr="000E4A9C" w:rsidRDefault="006B2F5C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0E4A9C">
              <w:rPr>
                <w:rFonts w:ascii="Comic Sans MS" w:hAnsi="Comic Sans MS"/>
                <w:b/>
                <w:sz w:val="28"/>
                <w:szCs w:val="28"/>
              </w:rPr>
              <w:t>History – Ancient Egypt</w:t>
            </w:r>
            <w:r w:rsidRPr="000E4A9C">
              <w:rPr>
                <w:rFonts w:ascii="Comic Sans MS" w:hAnsi="Comic Sans MS"/>
                <w:b/>
                <w:sz w:val="28"/>
                <w:szCs w:val="28"/>
              </w:rPr>
              <w:br/>
              <w:t xml:space="preserve">Pharaoh’s Pattern Workshop! </w:t>
            </w:r>
            <w:r w:rsidRPr="000E4A9C">
              <w:rPr>
                <w:rFonts w:ascii="Segoe UI Emoji" w:hAnsi="Segoe UI Emoji" w:cs="Segoe UI Emoji"/>
                <w:b/>
                <w:sz w:val="28"/>
                <w:szCs w:val="28"/>
              </w:rPr>
              <w:t>🎨🧱</w:t>
            </w:r>
          </w:p>
          <w:p w14:paraId="34080F26" w14:textId="77777777" w:rsidR="00E83C27" w:rsidRPr="000E4A9C" w:rsidRDefault="006B2F5C">
            <w:pPr>
              <w:spacing w:before="80"/>
              <w:rPr>
                <w:rFonts w:ascii="Comic Sans MS" w:hAnsi="Comic Sans MS"/>
                <w:sz w:val="28"/>
                <w:szCs w:val="28"/>
              </w:rPr>
            </w:pPr>
            <w:r w:rsidRPr="000E4A9C">
              <w:rPr>
                <w:rFonts w:ascii="Comic Sans MS" w:hAnsi="Comic Sans MS"/>
                <w:sz w:val="28"/>
                <w:szCs w:val="28"/>
              </w:rPr>
              <w:t>Ancient Egyptians loved patterns and symbols.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</w:r>
            <w:r w:rsidRPr="000E4A9C">
              <w:rPr>
                <w:rFonts w:ascii="Comic Sans MS" w:hAnsi="Comic Sans MS"/>
                <w:sz w:val="28"/>
                <w:szCs w:val="28"/>
              </w:rPr>
              <w:t>1) Draw a long border strip across your page.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2) Choose 3 repeating symbols (e.g., eye, scarab, bird, sun, zigzags, triangles).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3) Repeat them in a pattern (ABCABC / ABBABB etc.).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4) Colour it boldly.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Add a key: label what each symbol could stand for.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Bonus: Write 3 sentences: “My pattern repeats because…”</w:t>
            </w:r>
          </w:p>
        </w:tc>
        <w:tc>
          <w:tcPr>
            <w:tcW w:w="4827" w:type="dxa"/>
            <w:shd w:val="clear" w:color="auto" w:fill="E2F0D9"/>
          </w:tcPr>
          <w:p w14:paraId="3439E252" w14:textId="77777777" w:rsidR="00E83C27" w:rsidRPr="000E4A9C" w:rsidRDefault="006B2F5C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0E4A9C">
              <w:rPr>
                <w:rFonts w:ascii="Comic Sans MS" w:hAnsi="Comic Sans MS"/>
                <w:b/>
                <w:sz w:val="28"/>
                <w:szCs w:val="28"/>
              </w:rPr>
              <w:t>PE – Athletics</w:t>
            </w:r>
            <w:r w:rsidRPr="000E4A9C">
              <w:rPr>
                <w:rFonts w:ascii="Comic Sans MS" w:hAnsi="Comic Sans MS"/>
                <w:b/>
                <w:sz w:val="28"/>
                <w:szCs w:val="28"/>
              </w:rPr>
              <w:br/>
              <w:t xml:space="preserve">Olympic Mini-Meet! </w:t>
            </w:r>
            <w:r w:rsidRPr="000E4A9C">
              <w:rPr>
                <w:rFonts w:ascii="Segoe UI Emoji" w:hAnsi="Segoe UI Emoji" w:cs="Segoe UI Emoji"/>
                <w:b/>
                <w:sz w:val="28"/>
                <w:szCs w:val="28"/>
              </w:rPr>
              <w:t>🏃</w:t>
            </w:r>
            <w:r w:rsidRPr="000E4A9C">
              <w:rPr>
                <w:rFonts w:ascii="Times New Roman" w:hAnsi="Times New Roman" w:cs="Times New Roman"/>
                <w:b/>
                <w:sz w:val="28"/>
                <w:szCs w:val="28"/>
              </w:rPr>
              <w:t>‍♀</w:t>
            </w:r>
            <w:r w:rsidRPr="000E4A9C">
              <w:rPr>
                <w:rFonts w:ascii="Times New Roman" w:hAnsi="Times New Roman" w:cs="Times New Roman"/>
                <w:b/>
                <w:sz w:val="28"/>
                <w:szCs w:val="28"/>
              </w:rPr>
              <w:t>️</w:t>
            </w:r>
            <w:r w:rsidRPr="000E4A9C">
              <w:rPr>
                <w:rFonts w:ascii="Segoe UI Emoji" w:hAnsi="Segoe UI Emoji" w:cs="Segoe UI Emoji"/>
                <w:b/>
                <w:sz w:val="28"/>
                <w:szCs w:val="28"/>
              </w:rPr>
              <w:t>🏃</w:t>
            </w:r>
            <w:r w:rsidRPr="000E4A9C">
              <w:rPr>
                <w:rFonts w:ascii="Times New Roman" w:hAnsi="Times New Roman" w:cs="Times New Roman"/>
                <w:b/>
                <w:sz w:val="28"/>
                <w:szCs w:val="28"/>
              </w:rPr>
              <w:t>‍♂</w:t>
            </w:r>
            <w:r w:rsidRPr="000E4A9C">
              <w:rPr>
                <w:rFonts w:ascii="Times New Roman" w:hAnsi="Times New Roman" w:cs="Times New Roman"/>
                <w:b/>
                <w:sz w:val="28"/>
                <w:szCs w:val="28"/>
              </w:rPr>
              <w:t>️</w:t>
            </w:r>
          </w:p>
          <w:p w14:paraId="2BAC4280" w14:textId="77777777" w:rsidR="00E83C27" w:rsidRPr="000E4A9C" w:rsidRDefault="006B2F5C">
            <w:pPr>
              <w:spacing w:before="80"/>
              <w:rPr>
                <w:rFonts w:ascii="Comic Sans MS" w:hAnsi="Comic Sans MS"/>
                <w:sz w:val="28"/>
                <w:szCs w:val="28"/>
              </w:rPr>
            </w:pPr>
            <w:r w:rsidRPr="000E4A9C">
              <w:rPr>
                <w:rFonts w:ascii="Comic Sans MS" w:hAnsi="Comic Sans MS"/>
                <w:sz w:val="28"/>
                <w:szCs w:val="28"/>
              </w:rPr>
              <w:t>Set up a safe mini athletics session.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Choose 3 events: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• Sprint: 20–30 steps race (time it if you can)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• Standing long jump: jump from still (measure with footsteps)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• Throw: sock ball into a bucket (count points)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• Endurance: 3-minute jog on the spot (count knee lifts)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Record your results in a table.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Bonus: Try again another day and see if you improve!</w:t>
            </w:r>
          </w:p>
        </w:tc>
        <w:tc>
          <w:tcPr>
            <w:tcW w:w="4827" w:type="dxa"/>
            <w:shd w:val="clear" w:color="auto" w:fill="D9E1F2"/>
          </w:tcPr>
          <w:p w14:paraId="21508563" w14:textId="625AA613" w:rsidR="000E4A9C" w:rsidRDefault="000E4A9C" w:rsidP="000E4A9C">
            <w:pPr>
              <w:spacing w:before="80"/>
              <w:rPr>
                <w:rFonts w:ascii="Comic Sans MS" w:hAnsi="Comic Sans MS"/>
                <w:b/>
                <w:bCs/>
                <w:sz w:val="28"/>
                <w:szCs w:val="28"/>
                <w:lang w:val="en-GB"/>
              </w:rPr>
            </w:pPr>
            <w:r w:rsidRPr="000E4A9C">
              <w:rPr>
                <w:rFonts w:ascii="Comic Sans MS" w:hAnsi="Comic Sans MS"/>
                <w:b/>
                <w:bCs/>
                <w:sz w:val="28"/>
                <w:szCs w:val="28"/>
                <w:lang w:val="en-GB"/>
              </w:rPr>
              <w:t>Sound Scientist</w:t>
            </w:r>
            <w:r>
              <w:rPr>
                <w:rFonts w:ascii="Comic Sans MS" w:hAnsi="Comic Sans MS"/>
                <w:b/>
                <w:bCs/>
                <w:sz w:val="28"/>
                <w:szCs w:val="28"/>
                <w:lang w:val="en-GB"/>
              </w:rPr>
              <w:t xml:space="preserve"> – </w:t>
            </w:r>
          </w:p>
          <w:p w14:paraId="5C5CF298" w14:textId="1004C043" w:rsidR="000E4A9C" w:rsidRPr="000E4A9C" w:rsidRDefault="000E4A9C" w:rsidP="000E4A9C">
            <w:pPr>
              <w:spacing w:before="80"/>
              <w:jc w:val="center"/>
              <w:rPr>
                <w:rFonts w:ascii="Comic Sans MS" w:hAnsi="Comic Sans MS"/>
                <w:b/>
                <w:bCs/>
                <w:sz w:val="28"/>
                <w:szCs w:val="28"/>
                <w:lang w:val="en-GB"/>
              </w:rPr>
            </w:pPr>
            <w:r w:rsidRPr="000E4A9C">
              <w:rPr>
                <w:rFonts w:ascii="Comic Sans MS" w:hAnsi="Comic Sans MS"/>
                <w:b/>
                <w:bCs/>
                <w:sz w:val="28"/>
                <w:szCs w:val="28"/>
                <w:lang w:val="en-GB"/>
              </w:rPr>
              <w:t xml:space="preserve">Volume &amp; Pitch Hunt! </w:t>
            </w:r>
            <w:r w:rsidRPr="000E4A9C">
              <w:rPr>
                <w:rFonts w:ascii="Segoe UI Emoji" w:hAnsi="Segoe UI Emoji" w:cs="Segoe UI Emoji"/>
                <w:b/>
                <w:bCs/>
                <w:sz w:val="28"/>
                <w:szCs w:val="28"/>
                <w:lang w:val="en-GB"/>
              </w:rPr>
              <w:t>🔊🎶</w:t>
            </w:r>
          </w:p>
          <w:p w14:paraId="74D399F7" w14:textId="77777777" w:rsidR="000E4A9C" w:rsidRPr="000E4A9C" w:rsidRDefault="000E4A9C" w:rsidP="000E4A9C">
            <w:pPr>
              <w:spacing w:before="80"/>
              <w:rPr>
                <w:rFonts w:ascii="Comic Sans MS" w:hAnsi="Comic Sans MS"/>
                <w:sz w:val="28"/>
                <w:szCs w:val="28"/>
                <w:lang w:val="en-GB"/>
              </w:rPr>
            </w:pPr>
            <w:r w:rsidRPr="000E4A9C">
              <w:rPr>
                <w:rFonts w:ascii="Comic Sans MS" w:hAnsi="Comic Sans MS"/>
                <w:sz w:val="28"/>
                <w:szCs w:val="28"/>
                <w:lang w:val="en-GB"/>
              </w:rPr>
              <w:t>Find 5 sounds at home (tap, clap, spoon on cup, humming, rubber band twang).</w:t>
            </w:r>
            <w:r w:rsidRPr="000E4A9C">
              <w:rPr>
                <w:rFonts w:ascii="Comic Sans MS" w:hAnsi="Comic Sans MS"/>
                <w:sz w:val="28"/>
                <w:szCs w:val="28"/>
                <w:lang w:val="en-GB"/>
              </w:rPr>
              <w:br/>
            </w:r>
            <w:r w:rsidRPr="000E4A9C">
              <w:rPr>
                <w:rFonts w:ascii="Comic Sans MS" w:hAnsi="Comic Sans MS"/>
                <w:b/>
                <w:bCs/>
                <w:sz w:val="28"/>
                <w:szCs w:val="28"/>
                <w:lang w:val="en-GB"/>
              </w:rPr>
              <w:t>Steps:</w:t>
            </w:r>
          </w:p>
          <w:p w14:paraId="74C69662" w14:textId="77777777" w:rsidR="000E4A9C" w:rsidRPr="000E4A9C" w:rsidRDefault="000E4A9C" w:rsidP="000E4A9C">
            <w:pPr>
              <w:numPr>
                <w:ilvl w:val="0"/>
                <w:numId w:val="10"/>
              </w:numPr>
              <w:spacing w:before="80"/>
              <w:rPr>
                <w:rFonts w:ascii="Comic Sans MS" w:hAnsi="Comic Sans MS"/>
                <w:sz w:val="28"/>
                <w:szCs w:val="28"/>
                <w:lang w:val="en-GB"/>
              </w:rPr>
            </w:pPr>
            <w:r w:rsidRPr="000E4A9C">
              <w:rPr>
                <w:rFonts w:ascii="Comic Sans MS" w:hAnsi="Comic Sans MS"/>
                <w:sz w:val="28"/>
                <w:szCs w:val="28"/>
                <w:lang w:val="en-GB"/>
              </w:rPr>
              <w:t xml:space="preserve">List your 5 sounds. </w:t>
            </w:r>
          </w:p>
          <w:p w14:paraId="01841EF9" w14:textId="77777777" w:rsidR="000E4A9C" w:rsidRPr="000E4A9C" w:rsidRDefault="000E4A9C" w:rsidP="000E4A9C">
            <w:pPr>
              <w:numPr>
                <w:ilvl w:val="0"/>
                <w:numId w:val="10"/>
              </w:numPr>
              <w:spacing w:before="80"/>
              <w:rPr>
                <w:rFonts w:ascii="Comic Sans MS" w:hAnsi="Comic Sans MS"/>
                <w:sz w:val="28"/>
                <w:szCs w:val="28"/>
                <w:lang w:val="en-GB"/>
              </w:rPr>
            </w:pPr>
            <w:r w:rsidRPr="000E4A9C">
              <w:rPr>
                <w:rFonts w:ascii="Comic Sans MS" w:hAnsi="Comic Sans MS"/>
                <w:sz w:val="28"/>
                <w:szCs w:val="28"/>
                <w:lang w:val="en-GB"/>
              </w:rPr>
              <w:t xml:space="preserve">Sort them into </w:t>
            </w:r>
            <w:r w:rsidRPr="000E4A9C">
              <w:rPr>
                <w:rFonts w:ascii="Comic Sans MS" w:hAnsi="Comic Sans MS"/>
                <w:b/>
                <w:bCs/>
                <w:sz w:val="28"/>
                <w:szCs w:val="28"/>
                <w:lang w:val="en-GB"/>
              </w:rPr>
              <w:t>loud/quiet</w:t>
            </w:r>
            <w:r w:rsidRPr="000E4A9C">
              <w:rPr>
                <w:rFonts w:ascii="Comic Sans MS" w:hAnsi="Comic Sans MS"/>
                <w:sz w:val="28"/>
                <w:szCs w:val="28"/>
                <w:lang w:val="en-GB"/>
              </w:rPr>
              <w:t xml:space="preserve"> and </w:t>
            </w:r>
            <w:r w:rsidRPr="000E4A9C">
              <w:rPr>
                <w:rFonts w:ascii="Comic Sans MS" w:hAnsi="Comic Sans MS"/>
                <w:b/>
                <w:bCs/>
                <w:sz w:val="28"/>
                <w:szCs w:val="28"/>
                <w:lang w:val="en-GB"/>
              </w:rPr>
              <w:t>high/low</w:t>
            </w:r>
            <w:r w:rsidRPr="000E4A9C">
              <w:rPr>
                <w:rFonts w:ascii="Comic Sans MS" w:hAnsi="Comic Sans MS"/>
                <w:sz w:val="28"/>
                <w:szCs w:val="28"/>
                <w:lang w:val="en-GB"/>
              </w:rPr>
              <w:t xml:space="preserve"> (pitch). </w:t>
            </w:r>
          </w:p>
          <w:p w14:paraId="44A4E330" w14:textId="77777777" w:rsidR="000E4A9C" w:rsidRPr="000E4A9C" w:rsidRDefault="000E4A9C" w:rsidP="000E4A9C">
            <w:pPr>
              <w:numPr>
                <w:ilvl w:val="0"/>
                <w:numId w:val="10"/>
              </w:numPr>
              <w:spacing w:before="80"/>
              <w:rPr>
                <w:rFonts w:ascii="Comic Sans MS" w:hAnsi="Comic Sans MS"/>
                <w:sz w:val="28"/>
                <w:szCs w:val="28"/>
                <w:lang w:val="en-GB"/>
              </w:rPr>
            </w:pPr>
            <w:r w:rsidRPr="000E4A9C">
              <w:rPr>
                <w:rFonts w:ascii="Comic Sans MS" w:hAnsi="Comic Sans MS"/>
                <w:sz w:val="28"/>
                <w:szCs w:val="28"/>
                <w:lang w:val="en-GB"/>
              </w:rPr>
              <w:t xml:space="preserve">Draw a simple chart with two columns: </w:t>
            </w:r>
            <w:r w:rsidRPr="000E4A9C">
              <w:rPr>
                <w:rFonts w:ascii="Comic Sans MS" w:hAnsi="Comic Sans MS"/>
                <w:i/>
                <w:iCs/>
                <w:sz w:val="28"/>
                <w:szCs w:val="28"/>
                <w:lang w:val="en-GB"/>
              </w:rPr>
              <w:t>High pitch</w:t>
            </w:r>
            <w:r w:rsidRPr="000E4A9C">
              <w:rPr>
                <w:rFonts w:ascii="Comic Sans MS" w:hAnsi="Comic Sans MS"/>
                <w:sz w:val="28"/>
                <w:szCs w:val="28"/>
                <w:lang w:val="en-GB"/>
              </w:rPr>
              <w:t xml:space="preserve"> / </w:t>
            </w:r>
            <w:r w:rsidRPr="000E4A9C">
              <w:rPr>
                <w:rFonts w:ascii="Comic Sans MS" w:hAnsi="Comic Sans MS"/>
                <w:i/>
                <w:iCs/>
                <w:sz w:val="28"/>
                <w:szCs w:val="28"/>
                <w:lang w:val="en-GB"/>
              </w:rPr>
              <w:t>Low pitch</w:t>
            </w:r>
            <w:r w:rsidRPr="000E4A9C">
              <w:rPr>
                <w:rFonts w:ascii="Comic Sans MS" w:hAnsi="Comic Sans MS"/>
                <w:sz w:val="28"/>
                <w:szCs w:val="28"/>
                <w:lang w:val="en-GB"/>
              </w:rPr>
              <w:t xml:space="preserve">. </w:t>
            </w:r>
          </w:p>
          <w:p w14:paraId="04AC9324" w14:textId="77777777" w:rsidR="000E4A9C" w:rsidRDefault="000E4A9C" w:rsidP="000E4A9C">
            <w:pPr>
              <w:numPr>
                <w:ilvl w:val="0"/>
                <w:numId w:val="10"/>
              </w:numPr>
              <w:spacing w:before="80"/>
              <w:rPr>
                <w:rFonts w:ascii="Comic Sans MS" w:hAnsi="Comic Sans MS"/>
                <w:sz w:val="28"/>
                <w:szCs w:val="28"/>
                <w:lang w:val="en-GB"/>
              </w:rPr>
            </w:pPr>
            <w:r w:rsidRPr="000E4A9C">
              <w:rPr>
                <w:rFonts w:ascii="Comic Sans MS" w:hAnsi="Comic Sans MS"/>
                <w:sz w:val="28"/>
                <w:szCs w:val="28"/>
                <w:lang w:val="en-GB"/>
              </w:rPr>
              <w:t>Write one sentence: “Pitch changes when ___.”</w:t>
            </w:r>
            <w:r w:rsidRPr="000E4A9C">
              <w:rPr>
                <w:rFonts w:ascii="Comic Sans MS" w:hAnsi="Comic Sans MS"/>
                <w:sz w:val="28"/>
                <w:szCs w:val="28"/>
                <w:lang w:val="en-GB"/>
              </w:rPr>
              <w:br/>
            </w:r>
            <w:r w:rsidRPr="000E4A9C">
              <w:rPr>
                <w:rFonts w:ascii="Comic Sans MS" w:hAnsi="Comic Sans MS"/>
                <w:b/>
                <w:bCs/>
                <w:sz w:val="28"/>
                <w:szCs w:val="28"/>
                <w:lang w:val="en-GB"/>
              </w:rPr>
              <w:t>Bonus:</w:t>
            </w:r>
            <w:r w:rsidRPr="000E4A9C">
              <w:rPr>
                <w:rFonts w:ascii="Comic Sans MS" w:hAnsi="Comic Sans MS"/>
                <w:sz w:val="28"/>
                <w:szCs w:val="28"/>
                <w:lang w:val="en-GB"/>
              </w:rPr>
              <w:t xml:space="preserve"> Make a “sound map” of your room and label where sounds come from.</w:t>
            </w:r>
          </w:p>
          <w:p w14:paraId="48012CC2" w14:textId="77777777" w:rsidR="000E4A9C" w:rsidRDefault="000E4A9C" w:rsidP="000E4A9C">
            <w:pPr>
              <w:spacing w:before="80"/>
              <w:rPr>
                <w:rFonts w:ascii="Comic Sans MS" w:hAnsi="Comic Sans MS"/>
                <w:sz w:val="28"/>
                <w:szCs w:val="28"/>
                <w:lang w:val="en-GB"/>
              </w:rPr>
            </w:pPr>
          </w:p>
          <w:p w14:paraId="6C224456" w14:textId="77777777" w:rsidR="000E4A9C" w:rsidRDefault="000E4A9C" w:rsidP="000E4A9C">
            <w:pPr>
              <w:spacing w:before="80"/>
              <w:rPr>
                <w:rFonts w:ascii="Comic Sans MS" w:hAnsi="Comic Sans MS"/>
                <w:sz w:val="28"/>
                <w:szCs w:val="28"/>
                <w:lang w:val="en-GB"/>
              </w:rPr>
            </w:pPr>
          </w:p>
          <w:p w14:paraId="6990B02D" w14:textId="77777777" w:rsidR="000E4A9C" w:rsidRPr="000E4A9C" w:rsidRDefault="000E4A9C" w:rsidP="000E4A9C">
            <w:pPr>
              <w:spacing w:before="80"/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E83C27" w:rsidRPr="000E4A9C" w14:paraId="5C490891" w14:textId="77777777">
        <w:tc>
          <w:tcPr>
            <w:tcW w:w="4827" w:type="dxa"/>
            <w:shd w:val="clear" w:color="auto" w:fill="FCE4D6"/>
          </w:tcPr>
          <w:p w14:paraId="6035151F" w14:textId="77777777" w:rsidR="00E83C27" w:rsidRPr="000E4A9C" w:rsidRDefault="006B2F5C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0E4A9C">
              <w:rPr>
                <w:rFonts w:ascii="Comic Sans MS" w:hAnsi="Comic Sans MS"/>
                <w:b/>
                <w:sz w:val="28"/>
                <w:szCs w:val="28"/>
              </w:rPr>
              <w:lastRenderedPageBreak/>
              <w:t>RE – Sikhism</w:t>
            </w:r>
            <w:r w:rsidRPr="000E4A9C">
              <w:rPr>
                <w:rFonts w:ascii="Comic Sans MS" w:hAnsi="Comic Sans MS"/>
                <w:b/>
                <w:sz w:val="28"/>
                <w:szCs w:val="28"/>
              </w:rPr>
              <w:br/>
              <w:t xml:space="preserve">Kindness Kitchen: Sikh Values in Action </w:t>
            </w:r>
            <w:r w:rsidRPr="000E4A9C">
              <w:rPr>
                <w:rFonts w:ascii="Segoe UI Emoji" w:hAnsi="Segoe UI Emoji" w:cs="Segoe UI Emoji"/>
                <w:b/>
                <w:sz w:val="28"/>
                <w:szCs w:val="28"/>
              </w:rPr>
              <w:t>🍲💛</w:t>
            </w:r>
          </w:p>
          <w:p w14:paraId="6F783BF9" w14:textId="77777777" w:rsidR="00E83C27" w:rsidRPr="000E4A9C" w:rsidRDefault="006B2F5C">
            <w:pPr>
              <w:spacing w:before="80"/>
              <w:rPr>
                <w:rFonts w:ascii="Comic Sans MS" w:hAnsi="Comic Sans MS"/>
                <w:sz w:val="28"/>
                <w:szCs w:val="28"/>
              </w:rPr>
            </w:pPr>
            <w:r w:rsidRPr="000E4A9C">
              <w:rPr>
                <w:rFonts w:ascii="Comic Sans MS" w:hAnsi="Comic Sans MS"/>
                <w:sz w:val="28"/>
                <w:szCs w:val="28"/>
              </w:rPr>
              <w:t>Sikhs believe in serving others (sewa) and treating everyone fairly.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Make a 6-box storyboard showing a character doing 3 acts of help in one day.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Include: a problem, 3 helpful actions, and a happy ending.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Add labels: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• Write “Sewa (serving others)” next to one box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• Write “Equality” next to another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Bonus: Add a speech bubble: “Would you like me to help you?”</w:t>
            </w:r>
          </w:p>
        </w:tc>
        <w:tc>
          <w:tcPr>
            <w:tcW w:w="4827" w:type="dxa"/>
            <w:shd w:val="clear" w:color="auto" w:fill="E7E6E6"/>
          </w:tcPr>
          <w:p w14:paraId="72A1A701" w14:textId="77777777" w:rsidR="00E83C27" w:rsidRPr="000E4A9C" w:rsidRDefault="006B2F5C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0E4A9C">
              <w:rPr>
                <w:rFonts w:ascii="Comic Sans MS" w:hAnsi="Comic Sans MS"/>
                <w:b/>
                <w:sz w:val="28"/>
                <w:szCs w:val="28"/>
              </w:rPr>
              <w:t>French – Summer Holiday</w:t>
            </w:r>
            <w:r w:rsidRPr="000E4A9C">
              <w:rPr>
                <w:rFonts w:ascii="Comic Sans MS" w:hAnsi="Comic Sans MS"/>
                <w:b/>
                <w:sz w:val="28"/>
                <w:szCs w:val="28"/>
              </w:rPr>
              <w:br/>
              <w:t xml:space="preserve">Mon Affiche Vacances! </w:t>
            </w:r>
            <w:r w:rsidRPr="000E4A9C">
              <w:rPr>
                <w:rFonts w:ascii="Segoe UI Emoji" w:hAnsi="Segoe UI Emoji" w:cs="Segoe UI Emoji"/>
                <w:b/>
                <w:sz w:val="28"/>
                <w:szCs w:val="28"/>
              </w:rPr>
              <w:t>🏖</w:t>
            </w:r>
            <w:r w:rsidRPr="000E4A9C">
              <w:rPr>
                <w:rFonts w:ascii="Segoe UI Emoji" w:hAnsi="Segoe UI Emoji" w:cs="Segoe UI Emoji"/>
                <w:b/>
                <w:sz w:val="28"/>
                <w:szCs w:val="28"/>
              </w:rPr>
              <w:t>️</w:t>
            </w:r>
            <w:r w:rsidRPr="000E4A9C">
              <w:rPr>
                <w:rFonts w:ascii="Segoe UI Emoji" w:hAnsi="Segoe UI Emoji" w:cs="Segoe UI Emoji"/>
                <w:b/>
                <w:sz w:val="28"/>
                <w:szCs w:val="28"/>
              </w:rPr>
              <w:t>🇫🇷</w:t>
            </w:r>
          </w:p>
          <w:p w14:paraId="3E90D2C4" w14:textId="77777777" w:rsidR="00E83C27" w:rsidRPr="000E4A9C" w:rsidRDefault="006B2F5C">
            <w:pPr>
              <w:spacing w:before="80"/>
              <w:rPr>
                <w:rFonts w:ascii="Comic Sans MS" w:hAnsi="Comic Sans MS"/>
                <w:sz w:val="28"/>
                <w:szCs w:val="28"/>
              </w:rPr>
            </w:pPr>
            <w:r w:rsidRPr="000E4A9C">
              <w:rPr>
                <w:rFonts w:ascii="Comic Sans MS" w:hAnsi="Comic Sans MS"/>
                <w:sz w:val="28"/>
                <w:szCs w:val="28"/>
              </w:rPr>
              <w:t>Create a bright illustrated poster with speech bubbles.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Draw: sun, ice cream, beach, suitcase, map (or your own ideas!).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Include at least 8 phrases with pictures: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• Bonjour! / Salut!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• Je m’appelle…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• Ça va? / Ça va bien, merci.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• Où sont les toilettes?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• Je voudrais une glace, s’il vous plaît.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• Combien ça coûte?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• Merci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• Au revoir!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Bonus: Add 3 colour words (bleu, rouge, vert) and label items.</w:t>
            </w:r>
          </w:p>
        </w:tc>
        <w:tc>
          <w:tcPr>
            <w:tcW w:w="4827" w:type="dxa"/>
            <w:shd w:val="clear" w:color="auto" w:fill="F8CBAD"/>
          </w:tcPr>
          <w:p w14:paraId="54F2775A" w14:textId="77777777" w:rsidR="00E83C27" w:rsidRPr="000E4A9C" w:rsidRDefault="006B2F5C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0E4A9C">
              <w:rPr>
                <w:rFonts w:ascii="Comic Sans MS" w:hAnsi="Comic Sans MS"/>
                <w:b/>
                <w:sz w:val="28"/>
                <w:szCs w:val="28"/>
              </w:rPr>
              <w:t>Maths – Time</w:t>
            </w:r>
            <w:r w:rsidRPr="000E4A9C">
              <w:rPr>
                <w:rFonts w:ascii="Comic Sans MS" w:hAnsi="Comic Sans MS"/>
                <w:b/>
                <w:sz w:val="28"/>
                <w:szCs w:val="28"/>
              </w:rPr>
              <w:br/>
              <w:t xml:space="preserve">Time-Travel Timetable! </w:t>
            </w:r>
            <w:r w:rsidRPr="000E4A9C">
              <w:rPr>
                <w:rFonts w:ascii="Segoe UI Emoji" w:hAnsi="Segoe UI Emoji" w:cs="Segoe UI Emoji"/>
                <w:b/>
                <w:sz w:val="28"/>
                <w:szCs w:val="28"/>
              </w:rPr>
              <w:t>⏰</w:t>
            </w:r>
            <w:r w:rsidRPr="000E4A9C">
              <w:rPr>
                <w:rFonts w:ascii="Segoe UI Emoji" w:hAnsi="Segoe UI Emoji" w:cs="Segoe UI Emoji"/>
                <w:b/>
                <w:sz w:val="28"/>
                <w:szCs w:val="28"/>
              </w:rPr>
              <w:t>📅</w:t>
            </w:r>
          </w:p>
          <w:p w14:paraId="74D9A2D7" w14:textId="163C4A0D" w:rsidR="00E83C27" w:rsidRPr="000E4A9C" w:rsidRDefault="006B2F5C">
            <w:pPr>
              <w:spacing w:before="80"/>
              <w:rPr>
                <w:rFonts w:ascii="Comic Sans MS" w:hAnsi="Comic Sans MS"/>
                <w:sz w:val="28"/>
                <w:szCs w:val="28"/>
              </w:rPr>
            </w:pPr>
            <w:r w:rsidRPr="000E4A9C">
              <w:rPr>
                <w:rFonts w:ascii="Comic Sans MS" w:hAnsi="Comic Sans MS"/>
                <w:sz w:val="28"/>
                <w:szCs w:val="28"/>
              </w:rPr>
              <w:t>Make a timetable of your day (real or pretend).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1) Write 6 times using o’clock, half past, quarter past/to (and minutes if you can).</w:t>
            </w:r>
            <w:r w:rsidR="000E4A9C">
              <w:rPr>
                <w:rFonts w:ascii="Comic Sans MS" w:hAnsi="Comic Sans MS"/>
                <w:sz w:val="28"/>
                <w:szCs w:val="28"/>
              </w:rPr>
              <w:t xml:space="preserve"> (If you are more confident, please feel free to use the 24 hour clock for afternoon/evening times too!)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2) Next to each time, write what you do.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3) Draw 2 clock faces and show the hands clearly.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4) Answer: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• What happens first?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• How long between two activities?</w:t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</w:r>
            <w:r w:rsidRPr="000E4A9C">
              <w:rPr>
                <w:rFonts w:ascii="Comic Sans MS" w:hAnsi="Comic Sans MS"/>
                <w:sz w:val="28"/>
                <w:szCs w:val="28"/>
              </w:rPr>
              <w:br/>
              <w:t>Bonus: Add one surprise event and adjust your times!</w:t>
            </w:r>
          </w:p>
        </w:tc>
      </w:tr>
    </w:tbl>
    <w:p w14:paraId="78DA8341" w14:textId="77777777" w:rsidR="006B2F5C" w:rsidRPr="000E4A9C" w:rsidRDefault="006B2F5C">
      <w:pPr>
        <w:rPr>
          <w:sz w:val="28"/>
          <w:szCs w:val="28"/>
        </w:rPr>
      </w:pPr>
    </w:p>
    <w:sectPr w:rsidR="006B2F5C" w:rsidRPr="000E4A9C" w:rsidSect="00034616">
      <w:pgSz w:w="15840" w:h="12240" w:orient="landscape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C758C2"/>
    <w:multiLevelType w:val="multilevel"/>
    <w:tmpl w:val="CC8CB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A77288"/>
    <w:multiLevelType w:val="hybridMultilevel"/>
    <w:tmpl w:val="370AE3F8"/>
    <w:lvl w:ilvl="0" w:tplc="33B6579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477227">
    <w:abstractNumId w:val="8"/>
  </w:num>
  <w:num w:numId="2" w16cid:durableId="614872042">
    <w:abstractNumId w:val="6"/>
  </w:num>
  <w:num w:numId="3" w16cid:durableId="1072898213">
    <w:abstractNumId w:val="5"/>
  </w:num>
  <w:num w:numId="4" w16cid:durableId="645819978">
    <w:abstractNumId w:val="4"/>
  </w:num>
  <w:num w:numId="5" w16cid:durableId="1456101791">
    <w:abstractNumId w:val="7"/>
  </w:num>
  <w:num w:numId="6" w16cid:durableId="276182731">
    <w:abstractNumId w:val="3"/>
  </w:num>
  <w:num w:numId="7" w16cid:durableId="313729388">
    <w:abstractNumId w:val="2"/>
  </w:num>
  <w:num w:numId="8" w16cid:durableId="210851868">
    <w:abstractNumId w:val="1"/>
  </w:num>
  <w:num w:numId="9" w16cid:durableId="807821949">
    <w:abstractNumId w:val="0"/>
  </w:num>
  <w:num w:numId="10" w16cid:durableId="1712798491">
    <w:abstractNumId w:val="9"/>
  </w:num>
  <w:num w:numId="11" w16cid:durableId="19378570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674D"/>
    <w:rsid w:val="000E4A9C"/>
    <w:rsid w:val="0015074B"/>
    <w:rsid w:val="0029639D"/>
    <w:rsid w:val="00326F90"/>
    <w:rsid w:val="006B2F5C"/>
    <w:rsid w:val="00AA1D8D"/>
    <w:rsid w:val="00B47730"/>
    <w:rsid w:val="00C43D0B"/>
    <w:rsid w:val="00CB0664"/>
    <w:rsid w:val="00E83C27"/>
    <w:rsid w:val="00FC693F"/>
    <w:rsid w:val="00FD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BA98B"/>
  <w14:defaultImageDpi w14:val="300"/>
  <w15:docId w15:val="{B36F0E7B-3616-42F5-AB7E-B99F1D70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Mrs K. Ryker</cp:lastModifiedBy>
  <cp:revision>6</cp:revision>
  <dcterms:created xsi:type="dcterms:W3CDTF">2026-05-31T15:32:00Z</dcterms:created>
  <dcterms:modified xsi:type="dcterms:W3CDTF">2026-05-31T15:33:00Z</dcterms:modified>
  <cp:category/>
</cp:coreProperties>
</file>